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FC0" w:rsidRDefault="00000000" w:rsidP="00AE0C7D">
      <w:pPr>
        <w:pStyle w:val="Nadpis1"/>
        <w:jc w:val="center"/>
      </w:pPr>
      <w:r>
        <w:t>ŰRLAP REKLAMÁCIÓHOZ, CSERÉHEZ, VISSZAKÜLDÉSHEZ VAGY A SZERZŐDÉSTŐL VALÓ ELÁLLÁSHOZ</w:t>
      </w:r>
    </w:p>
    <w:p w:rsidR="00AE0C7D" w:rsidRDefault="00000000" w:rsidP="00AE0C7D">
      <w:r>
        <w:br/>
        <w:t xml:space="preserve">A </w:t>
      </w:r>
      <w:proofErr w:type="spellStart"/>
      <w:r>
        <w:t>termék</w:t>
      </w:r>
      <w:proofErr w:type="spellEnd"/>
      <w:r>
        <w:t xml:space="preserve"> </w:t>
      </w:r>
      <w:proofErr w:type="spellStart"/>
      <w:r>
        <w:t>visszaküldésének</w:t>
      </w:r>
      <w:proofErr w:type="spellEnd"/>
      <w:r>
        <w:t xml:space="preserve">, </w:t>
      </w:r>
      <w:proofErr w:type="spellStart"/>
      <w:r>
        <w:t>cseréjének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reklamációjának</w:t>
      </w:r>
      <w:proofErr w:type="spellEnd"/>
      <w:r>
        <w:t xml:space="preserve"> </w:t>
      </w:r>
      <w:proofErr w:type="spellStart"/>
      <w:r>
        <w:t>címe</w:t>
      </w:r>
      <w:proofErr w:type="spellEnd"/>
      <w:r>
        <w:t>:</w:t>
      </w:r>
      <w:r>
        <w:br/>
      </w:r>
      <w:r w:rsidRPr="00AE0C7D">
        <w:rPr>
          <w:b/>
          <w:bCs/>
          <w:sz w:val="24"/>
          <w:szCs w:val="24"/>
          <w:u w:val="single"/>
        </w:rPr>
        <w:t xml:space="preserve">Bootyshop.eu, </w:t>
      </w:r>
      <w:proofErr w:type="spellStart"/>
      <w:r w:rsidRPr="00AE0C7D">
        <w:rPr>
          <w:b/>
          <w:bCs/>
          <w:sz w:val="24"/>
          <w:szCs w:val="24"/>
          <w:u w:val="single"/>
        </w:rPr>
        <w:t>Alžbetina</w:t>
      </w:r>
      <w:proofErr w:type="spellEnd"/>
      <w:r w:rsidRPr="00AE0C7D">
        <w:rPr>
          <w:b/>
          <w:bCs/>
          <w:sz w:val="24"/>
          <w:szCs w:val="24"/>
          <w:u w:val="single"/>
        </w:rPr>
        <w:t xml:space="preserve"> 31, 04001 </w:t>
      </w:r>
      <w:proofErr w:type="spellStart"/>
      <w:r w:rsidRPr="00AE0C7D">
        <w:rPr>
          <w:b/>
          <w:bCs/>
          <w:sz w:val="24"/>
          <w:szCs w:val="24"/>
          <w:u w:val="single"/>
        </w:rPr>
        <w:t>K</w:t>
      </w:r>
      <w:r w:rsidR="00AE0C7D">
        <w:rPr>
          <w:b/>
          <w:bCs/>
          <w:sz w:val="24"/>
          <w:szCs w:val="24"/>
          <w:u w:val="single"/>
        </w:rPr>
        <w:t>ošice</w:t>
      </w:r>
      <w:proofErr w:type="spellEnd"/>
      <w:r w:rsidRPr="00AE0C7D">
        <w:rPr>
          <w:b/>
          <w:bCs/>
          <w:sz w:val="24"/>
          <w:szCs w:val="24"/>
          <w:u w:val="single"/>
        </w:rPr>
        <w:t>, Slov</w:t>
      </w:r>
      <w:r w:rsidR="00AE0C7D">
        <w:rPr>
          <w:b/>
          <w:bCs/>
          <w:sz w:val="24"/>
          <w:szCs w:val="24"/>
          <w:u w:val="single"/>
        </w:rPr>
        <w:t>a</w:t>
      </w:r>
      <w:r w:rsidRPr="00AE0C7D">
        <w:rPr>
          <w:b/>
          <w:bCs/>
          <w:sz w:val="24"/>
          <w:szCs w:val="24"/>
          <w:u w:val="single"/>
        </w:rPr>
        <w:t xml:space="preserve">kia, </w:t>
      </w:r>
      <w:proofErr w:type="spellStart"/>
      <w:r w:rsidRPr="00AE0C7D">
        <w:rPr>
          <w:b/>
          <w:bCs/>
          <w:sz w:val="24"/>
          <w:szCs w:val="24"/>
          <w:u w:val="single"/>
        </w:rPr>
        <w:t>mobil</w:t>
      </w:r>
      <w:proofErr w:type="spellEnd"/>
      <w:r w:rsidRPr="00AE0C7D">
        <w:rPr>
          <w:b/>
          <w:bCs/>
          <w:sz w:val="24"/>
          <w:szCs w:val="24"/>
          <w:u w:val="single"/>
        </w:rPr>
        <w:t>: +421918372125</w:t>
      </w:r>
    </w:p>
    <w:p w:rsidR="00AE0C7D" w:rsidRPr="00AA5FA9" w:rsidRDefault="00000000" w:rsidP="00AE0C7D">
      <w:pPr>
        <w:rPr>
          <w:b/>
          <w:bCs/>
        </w:rPr>
      </w:pPr>
      <w:proofErr w:type="spellStart"/>
      <w:r>
        <w:t>Megjegyzés</w:t>
      </w:r>
      <w:proofErr w:type="spellEnd"/>
      <w:r>
        <w:t xml:space="preserve">: </w:t>
      </w:r>
      <w:proofErr w:type="spellStart"/>
      <w:r>
        <w:t>Amennyiben</w:t>
      </w:r>
      <w:proofErr w:type="spellEnd"/>
      <w:r>
        <w:t xml:space="preserve"> a </w:t>
      </w:r>
      <w:proofErr w:type="spellStart"/>
      <w:r>
        <w:t>csomagot</w:t>
      </w:r>
      <w:proofErr w:type="spellEnd"/>
      <w:r>
        <w:t xml:space="preserve"> a megadott visszaküldési címtől eltérő címre küldi, a küldeményt nem vesszük át, és az visszakerül a feladóhoz.</w:t>
      </w:r>
      <w:r>
        <w:br/>
      </w:r>
      <w:r>
        <w:br/>
      </w:r>
      <w:proofErr w:type="spellStart"/>
      <w:r w:rsidRPr="00AE0C7D">
        <w:rPr>
          <w:b/>
          <w:bCs/>
        </w:rPr>
        <w:t>Reklamáció</w:t>
      </w:r>
      <w:proofErr w:type="spellEnd"/>
      <w:r w:rsidRPr="00AE0C7D">
        <w:rPr>
          <w:b/>
          <w:bCs/>
        </w:rPr>
        <w:t xml:space="preserve">, </w:t>
      </w:r>
      <w:proofErr w:type="spellStart"/>
      <w:r w:rsidRPr="00AE0C7D">
        <w:rPr>
          <w:b/>
          <w:bCs/>
        </w:rPr>
        <w:t>csere</w:t>
      </w:r>
      <w:proofErr w:type="spellEnd"/>
      <w:r w:rsidRPr="00AE0C7D">
        <w:rPr>
          <w:b/>
          <w:bCs/>
        </w:rPr>
        <w:t xml:space="preserve">, </w:t>
      </w:r>
      <w:proofErr w:type="spellStart"/>
      <w:r w:rsidRPr="00AE0C7D">
        <w:rPr>
          <w:b/>
          <w:bCs/>
        </w:rPr>
        <w:t>visszaküldés</w:t>
      </w:r>
      <w:proofErr w:type="spellEnd"/>
      <w:r w:rsidRPr="00AE0C7D">
        <w:rPr>
          <w:b/>
          <w:bCs/>
        </w:rPr>
        <w:t xml:space="preserve"> </w:t>
      </w:r>
      <w:proofErr w:type="spellStart"/>
      <w:r w:rsidRPr="00AE0C7D">
        <w:rPr>
          <w:b/>
          <w:bCs/>
        </w:rPr>
        <w:t>vagy</w:t>
      </w:r>
      <w:proofErr w:type="spellEnd"/>
      <w:r w:rsidRPr="00AE0C7D">
        <w:rPr>
          <w:b/>
          <w:bCs/>
        </w:rPr>
        <w:t xml:space="preserve"> </w:t>
      </w:r>
      <w:proofErr w:type="spellStart"/>
      <w:r w:rsidRPr="00AE0C7D">
        <w:rPr>
          <w:b/>
          <w:bCs/>
        </w:rPr>
        <w:t>elállás</w:t>
      </w:r>
      <w:proofErr w:type="spellEnd"/>
      <w:r w:rsidRPr="00AE0C7D">
        <w:rPr>
          <w:b/>
          <w:bCs/>
        </w:rPr>
        <w:t xml:space="preserve"> </w:t>
      </w:r>
      <w:proofErr w:type="spellStart"/>
      <w:r w:rsidRPr="00AE0C7D">
        <w:rPr>
          <w:b/>
          <w:bCs/>
        </w:rPr>
        <w:t>bejelentése</w:t>
      </w:r>
      <w:proofErr w:type="spellEnd"/>
      <w:r w:rsidRPr="00AE0C7D">
        <w:rPr>
          <w:b/>
          <w:bCs/>
        </w:rPr>
        <w:t>:</w:t>
      </w:r>
      <w:r>
        <w:br/>
      </w:r>
      <w:r w:rsidRPr="00AE0C7D">
        <w:rPr>
          <w:u w:val="single"/>
        </w:rPr>
        <w:t xml:space="preserve">A </w:t>
      </w:r>
      <w:proofErr w:type="spellStart"/>
      <w:r w:rsidRPr="00AE0C7D">
        <w:rPr>
          <w:u w:val="single"/>
        </w:rPr>
        <w:t>szerződéstől</w:t>
      </w:r>
      <w:proofErr w:type="spellEnd"/>
      <w:r w:rsidRPr="00AE0C7D">
        <w:rPr>
          <w:u w:val="single"/>
        </w:rPr>
        <w:t xml:space="preserve"> </w:t>
      </w:r>
      <w:proofErr w:type="spellStart"/>
      <w:r w:rsidRPr="00AE0C7D">
        <w:rPr>
          <w:u w:val="single"/>
        </w:rPr>
        <w:t>való</w:t>
      </w:r>
      <w:proofErr w:type="spellEnd"/>
      <w:r w:rsidRPr="00AE0C7D">
        <w:rPr>
          <w:u w:val="single"/>
        </w:rPr>
        <w:t xml:space="preserve"> </w:t>
      </w:r>
      <w:proofErr w:type="spellStart"/>
      <w:r w:rsidRPr="00AE0C7D">
        <w:rPr>
          <w:u w:val="single"/>
        </w:rPr>
        <w:t>elállás</w:t>
      </w:r>
      <w:proofErr w:type="spellEnd"/>
      <w:r w:rsidRPr="00AE0C7D">
        <w:rPr>
          <w:u w:val="single"/>
        </w:rPr>
        <w:t xml:space="preserve"> </w:t>
      </w:r>
      <w:proofErr w:type="spellStart"/>
      <w:r w:rsidRPr="00AE0C7D">
        <w:rPr>
          <w:u w:val="single"/>
        </w:rPr>
        <w:t>esetén</w:t>
      </w:r>
      <w:proofErr w:type="spellEnd"/>
      <w:r w:rsidRPr="00AE0C7D">
        <w:rPr>
          <w:u w:val="single"/>
        </w:rPr>
        <w:t>:</w:t>
      </w:r>
      <w:r>
        <w:br/>
      </w:r>
      <w:proofErr w:type="spellStart"/>
      <w:r>
        <w:t>Ezúton</w:t>
      </w:r>
      <w:proofErr w:type="spellEnd"/>
      <w:r>
        <w:t xml:space="preserve"> </w:t>
      </w:r>
      <w:proofErr w:type="spellStart"/>
      <w:r>
        <w:t>kijelentem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fogyasztóvédelemről</w:t>
      </w:r>
      <w:proofErr w:type="spellEnd"/>
      <w:r>
        <w:t xml:space="preserve"> </w:t>
      </w:r>
      <w:proofErr w:type="spellStart"/>
      <w:r>
        <w:t>szóló</w:t>
      </w:r>
      <w:proofErr w:type="spellEnd"/>
      <w:r>
        <w:t xml:space="preserve"> </w:t>
      </w:r>
      <w:r w:rsidR="00AE0C7D">
        <w:t>108/2024</w:t>
      </w:r>
      <w:r>
        <w:t xml:space="preserve">. sz. törvény alapján, amely a távollévők között kötött szerződésekre vagy az eladó üzlethelyiségén kívül kötött szerződésekre </w:t>
      </w:r>
      <w:proofErr w:type="spellStart"/>
      <w:r>
        <w:t>vonatkozik</w:t>
      </w:r>
      <w:proofErr w:type="spellEnd"/>
      <w:r>
        <w:t xml:space="preserve">, </w:t>
      </w:r>
      <w:proofErr w:type="spellStart"/>
      <w:r>
        <w:t>elállok</w:t>
      </w:r>
      <w:proofErr w:type="spellEnd"/>
      <w:r>
        <w:t xml:space="preserve"> a </w:t>
      </w:r>
      <w:proofErr w:type="spellStart"/>
      <w:r>
        <w:t>szerződéstől</w:t>
      </w:r>
      <w:proofErr w:type="spellEnd"/>
      <w:r>
        <w:t>.</w:t>
      </w:r>
    </w:p>
    <w:tbl>
      <w:tblPr>
        <w:tblStyle w:val="Mriekatabu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AE0C7D" w:rsidRPr="00892170" w:rsidTr="008C3620">
        <w:trPr>
          <w:trHeight w:val="596"/>
        </w:trPr>
        <w:tc>
          <w:tcPr>
            <w:tcW w:w="3397" w:type="dxa"/>
          </w:tcPr>
          <w:p w:rsidR="00AE0C7D" w:rsidRPr="00892170" w:rsidRDefault="00AE0C7D" w:rsidP="008C3620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Név</w:t>
            </w:r>
            <w:proofErr w:type="spellEnd"/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és</w:t>
            </w:r>
            <w:proofErr w:type="spellEnd"/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vezetéknév</w:t>
            </w:r>
            <w:proofErr w:type="spellEnd"/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:</w:t>
            </w:r>
          </w:p>
        </w:tc>
        <w:tc>
          <w:tcPr>
            <w:tcW w:w="5783" w:type="dxa"/>
          </w:tcPr>
          <w:p w:rsidR="00AE0C7D" w:rsidRPr="00892170" w:rsidRDefault="00AE0C7D" w:rsidP="008C3620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AE0C7D" w:rsidRPr="00892170" w:rsidTr="008C3620">
        <w:trPr>
          <w:trHeight w:val="596"/>
        </w:trPr>
        <w:tc>
          <w:tcPr>
            <w:tcW w:w="3397" w:type="dxa"/>
          </w:tcPr>
          <w:p w:rsidR="00AE0C7D" w:rsidRDefault="00AE0C7D" w:rsidP="008C3620">
            <w:proofErr w:type="spellStart"/>
            <w:r>
              <w:t>Lakcím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AE0C7D" w:rsidRPr="00892170" w:rsidRDefault="00AE0C7D" w:rsidP="008C3620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AE0C7D" w:rsidRPr="00892170" w:rsidTr="008C3620">
        <w:trPr>
          <w:trHeight w:val="596"/>
        </w:trPr>
        <w:tc>
          <w:tcPr>
            <w:tcW w:w="3397" w:type="dxa"/>
          </w:tcPr>
          <w:p w:rsidR="00AE0C7D" w:rsidRDefault="00AE0C7D" w:rsidP="008C3620">
            <w:r>
              <w:t xml:space="preserve">E-mail </w:t>
            </w:r>
            <w:proofErr w:type="spellStart"/>
            <w:r>
              <w:t>cím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AE0C7D" w:rsidRPr="00892170" w:rsidRDefault="00AE0C7D" w:rsidP="008C3620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AE0C7D" w:rsidRPr="00892170" w:rsidTr="008C3620">
        <w:trPr>
          <w:trHeight w:val="596"/>
        </w:trPr>
        <w:tc>
          <w:tcPr>
            <w:tcW w:w="3397" w:type="dxa"/>
          </w:tcPr>
          <w:p w:rsidR="00AE0C7D" w:rsidRDefault="00AE0C7D" w:rsidP="008C3620">
            <w:proofErr w:type="spellStart"/>
            <w:r>
              <w:t>Rendelés</w:t>
            </w:r>
            <w:proofErr w:type="spellEnd"/>
            <w:r>
              <w:t xml:space="preserve"> </w:t>
            </w:r>
            <w:proofErr w:type="spellStart"/>
            <w:r>
              <w:t>száma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AE0C7D" w:rsidRPr="00892170" w:rsidRDefault="00AE0C7D" w:rsidP="008C3620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AE0C7D" w:rsidRPr="00892170" w:rsidTr="008C3620">
        <w:trPr>
          <w:trHeight w:val="596"/>
        </w:trPr>
        <w:tc>
          <w:tcPr>
            <w:tcW w:w="3397" w:type="dxa"/>
          </w:tcPr>
          <w:p w:rsidR="00AE0C7D" w:rsidRDefault="00AE0C7D" w:rsidP="008C3620">
            <w:r>
              <w:t xml:space="preserve">A </w:t>
            </w:r>
            <w:proofErr w:type="spellStart"/>
            <w:r>
              <w:t>rendelés</w:t>
            </w:r>
            <w:proofErr w:type="spellEnd"/>
            <w:r>
              <w:t xml:space="preserve"> </w:t>
            </w:r>
            <w:proofErr w:type="spellStart"/>
            <w:r>
              <w:t>dátuma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AE0C7D" w:rsidRPr="00892170" w:rsidRDefault="00AE0C7D" w:rsidP="008C3620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AE0C7D" w:rsidRPr="00892170" w:rsidTr="008C3620">
        <w:trPr>
          <w:trHeight w:val="596"/>
        </w:trPr>
        <w:tc>
          <w:tcPr>
            <w:tcW w:w="3397" w:type="dxa"/>
          </w:tcPr>
          <w:p w:rsidR="00AE0C7D" w:rsidRDefault="00AE0C7D" w:rsidP="008C3620">
            <w:r>
              <w:t xml:space="preserve">Az </w:t>
            </w:r>
            <w:proofErr w:type="spellStart"/>
            <w:r>
              <w:t>átvétel</w:t>
            </w:r>
            <w:proofErr w:type="spellEnd"/>
            <w:r>
              <w:t xml:space="preserve"> </w:t>
            </w:r>
            <w:proofErr w:type="spellStart"/>
            <w:r>
              <w:t>dátuma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AE0C7D" w:rsidRPr="00892170" w:rsidRDefault="00AE0C7D" w:rsidP="008C3620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AE0C7D" w:rsidRPr="00892170" w:rsidTr="008C3620">
        <w:trPr>
          <w:trHeight w:val="596"/>
        </w:trPr>
        <w:tc>
          <w:tcPr>
            <w:tcW w:w="3397" w:type="dxa"/>
          </w:tcPr>
          <w:p w:rsidR="00AE0C7D" w:rsidRDefault="00AE0C7D" w:rsidP="008C3620">
            <w:proofErr w:type="spellStart"/>
            <w:r>
              <w:t>Termék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AE0C7D" w:rsidRPr="00892170" w:rsidRDefault="00AE0C7D" w:rsidP="008C3620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AE0C7D" w:rsidRPr="00892170" w:rsidTr="008C3620">
        <w:trPr>
          <w:trHeight w:val="596"/>
        </w:trPr>
        <w:tc>
          <w:tcPr>
            <w:tcW w:w="3397" w:type="dxa"/>
          </w:tcPr>
          <w:p w:rsidR="00AE0C7D" w:rsidRPr="00892170" w:rsidRDefault="00AA5FA9" w:rsidP="008C3620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t xml:space="preserve">A </w:t>
            </w:r>
            <w:proofErr w:type="spellStart"/>
            <w:r>
              <w:t>visszaküldés</w:t>
            </w:r>
            <w:proofErr w:type="spellEnd"/>
            <w:r>
              <w:t xml:space="preserve">, </w:t>
            </w:r>
            <w:proofErr w:type="spellStart"/>
            <w:r>
              <w:t>csere</w:t>
            </w:r>
            <w:proofErr w:type="spellEnd"/>
            <w:r>
              <w:t xml:space="preserve">, </w:t>
            </w:r>
            <w:proofErr w:type="spellStart"/>
            <w:r>
              <w:t>reklamáció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elállás</w:t>
            </w:r>
            <w:proofErr w:type="spellEnd"/>
            <w:r>
              <w:t xml:space="preserve"> </w:t>
            </w:r>
            <w:proofErr w:type="spellStart"/>
            <w:r>
              <w:t>oka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AE0C7D" w:rsidRPr="00892170" w:rsidRDefault="00AE0C7D" w:rsidP="008C3620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AE0C7D" w:rsidRPr="00892170" w:rsidTr="008C3620">
        <w:trPr>
          <w:trHeight w:val="795"/>
        </w:trPr>
        <w:tc>
          <w:tcPr>
            <w:tcW w:w="3397" w:type="dxa"/>
          </w:tcPr>
          <w:p w:rsidR="00AE0C7D" w:rsidRPr="00892170" w:rsidRDefault="00AA5FA9" w:rsidP="008C3620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proofErr w:type="spellStart"/>
            <w:r>
              <w:t>Kérem</w:t>
            </w:r>
            <w:proofErr w:type="spellEnd"/>
            <w:r>
              <w:t xml:space="preserve"> </w:t>
            </w:r>
            <w:proofErr w:type="spellStart"/>
            <w:r>
              <w:t>igényem</w:t>
            </w:r>
            <w:proofErr w:type="spellEnd"/>
            <w:r>
              <w:t xml:space="preserve"> </w:t>
            </w:r>
            <w:proofErr w:type="spellStart"/>
            <w:r>
              <w:t>rendezését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alábbiak</w:t>
            </w:r>
            <w:proofErr w:type="spellEnd"/>
            <w:r>
              <w:t xml:space="preserve"> </w:t>
            </w:r>
            <w:proofErr w:type="spellStart"/>
            <w:r>
              <w:t>szerint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AE0C7D" w:rsidRPr="00892170" w:rsidRDefault="00AE0C7D" w:rsidP="008C3620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AE0C7D" w:rsidRPr="00892170" w:rsidTr="008C3620">
        <w:trPr>
          <w:trHeight w:val="795"/>
        </w:trPr>
        <w:tc>
          <w:tcPr>
            <w:tcW w:w="3397" w:type="dxa"/>
          </w:tcPr>
          <w:p w:rsidR="00AE0C7D" w:rsidRPr="00AA5FA9" w:rsidDel="00B22DAE" w:rsidRDefault="00AA5FA9" w:rsidP="00AA5FA9">
            <w:pPr>
              <w:pStyle w:val="Normlnywebov"/>
            </w:pPr>
            <w:proofErr w:type="spellStart"/>
            <w:r>
              <w:t>Visszatérítés</w:t>
            </w:r>
            <w:proofErr w:type="spellEnd"/>
            <w:r>
              <w:t xml:space="preserve"> </w:t>
            </w:r>
            <w:proofErr w:type="spellStart"/>
            <w:r>
              <w:t>esetén</w:t>
            </w:r>
            <w:proofErr w:type="spellEnd"/>
            <w:r>
              <w:t xml:space="preserve"> </w:t>
            </w:r>
            <w:proofErr w:type="spellStart"/>
            <w:r>
              <w:t>kérem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összeget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alábbi</w:t>
            </w:r>
            <w:proofErr w:type="spellEnd"/>
            <w:r>
              <w:t xml:space="preserve"> </w:t>
            </w:r>
            <w:proofErr w:type="spellStart"/>
            <w:r>
              <w:t>bankszámlára</w:t>
            </w:r>
            <w:proofErr w:type="spellEnd"/>
            <w:r>
              <w:t xml:space="preserve"> (IBAN) </w:t>
            </w:r>
            <w:proofErr w:type="spellStart"/>
            <w:r>
              <w:t>utalni</w:t>
            </w:r>
            <w:proofErr w:type="spellEnd"/>
            <w:r>
              <w:t>:</w:t>
            </w:r>
          </w:p>
        </w:tc>
        <w:tc>
          <w:tcPr>
            <w:tcW w:w="5783" w:type="dxa"/>
          </w:tcPr>
          <w:p w:rsidR="00AE0C7D" w:rsidRPr="00892170" w:rsidRDefault="00AE0C7D" w:rsidP="008C3620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</w:tbl>
    <w:p w:rsidR="00AA5FA9" w:rsidRDefault="00AA5FA9" w:rsidP="00AE0C7D">
      <w:pPr>
        <w:spacing w:line="240" w:lineRule="auto"/>
      </w:pPr>
    </w:p>
    <w:p w:rsidR="000B13A0" w:rsidRDefault="000B13A0" w:rsidP="00AE0C7D">
      <w:pPr>
        <w:spacing w:line="240" w:lineRule="auto"/>
      </w:pPr>
    </w:p>
    <w:p w:rsidR="00AE0C7D" w:rsidRDefault="00000000" w:rsidP="00AE0C7D">
      <w:pPr>
        <w:spacing w:line="240" w:lineRule="auto"/>
      </w:pPr>
      <w:proofErr w:type="spellStart"/>
      <w:r>
        <w:t>Dátum</w:t>
      </w:r>
      <w:proofErr w:type="spellEnd"/>
      <w:r>
        <w:t>: ______________________</w:t>
      </w:r>
      <w:r w:rsidR="00AA5FA9">
        <w:t xml:space="preserve">                                                                                   </w:t>
      </w:r>
      <w:proofErr w:type="spellStart"/>
      <w:r w:rsidR="00AA5FA9">
        <w:t>Aláírás</w:t>
      </w:r>
      <w:proofErr w:type="spellEnd"/>
      <w:r w:rsidR="00AA5FA9">
        <w:t>: _______________</w:t>
      </w:r>
    </w:p>
    <w:p w:rsidR="00340FC0" w:rsidRPr="00AE0C7D" w:rsidRDefault="00000000" w:rsidP="00AE0C7D">
      <w:pPr>
        <w:spacing w:line="240" w:lineRule="auto"/>
        <w:rPr>
          <w:sz w:val="24"/>
          <w:szCs w:val="24"/>
        </w:rPr>
      </w:pPr>
      <w:r>
        <w:lastRenderedPageBreak/>
        <w:br/>
      </w:r>
    </w:p>
    <w:sectPr w:rsidR="00340FC0" w:rsidRPr="00AE0C7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1902943">
    <w:abstractNumId w:val="8"/>
  </w:num>
  <w:num w:numId="2" w16cid:durableId="180554619">
    <w:abstractNumId w:val="6"/>
  </w:num>
  <w:num w:numId="3" w16cid:durableId="1595476889">
    <w:abstractNumId w:val="5"/>
  </w:num>
  <w:num w:numId="4" w16cid:durableId="190075278">
    <w:abstractNumId w:val="4"/>
  </w:num>
  <w:num w:numId="5" w16cid:durableId="217018658">
    <w:abstractNumId w:val="7"/>
  </w:num>
  <w:num w:numId="6" w16cid:durableId="188489281">
    <w:abstractNumId w:val="3"/>
  </w:num>
  <w:num w:numId="7" w16cid:durableId="2103986792">
    <w:abstractNumId w:val="2"/>
  </w:num>
  <w:num w:numId="8" w16cid:durableId="2075814959">
    <w:abstractNumId w:val="1"/>
  </w:num>
  <w:num w:numId="9" w16cid:durableId="70020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3A0"/>
    <w:rsid w:val="0015074B"/>
    <w:rsid w:val="0029639D"/>
    <w:rsid w:val="00326F90"/>
    <w:rsid w:val="00340FC0"/>
    <w:rsid w:val="00AA1D8D"/>
    <w:rsid w:val="00AA5FA9"/>
    <w:rsid w:val="00AE0C7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E9363"/>
  <w14:defaultImageDpi w14:val="300"/>
  <w15:docId w15:val="{3F21C8D8-C4E2-4B4D-B43E-093667C0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riekatabukysvetl">
    <w:name w:val="Grid Table Light"/>
    <w:basedOn w:val="Normlnatabuka"/>
    <w:uiPriority w:val="99"/>
    <w:rsid w:val="00AE0C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99"/>
    <w:rsid w:val="00AE0C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99"/>
    <w:rsid w:val="00AE0C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99"/>
    <w:rsid w:val="00AE0C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ukasmriekou1svetlzvraznenie1">
    <w:name w:val="Grid Table 1 Light Accent 1"/>
    <w:basedOn w:val="Normlnatabuka"/>
    <w:uiPriority w:val="46"/>
    <w:rsid w:val="00AE0C7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AE0C7D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5">
    <w:name w:val="Plain Table 5"/>
    <w:basedOn w:val="Normlnatabuka"/>
    <w:uiPriority w:val="99"/>
    <w:rsid w:val="00AE0C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99"/>
    <w:rsid w:val="00AE0C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lnywebov">
    <w:name w:val="Normal (Web)"/>
    <w:basedOn w:val="Normlny"/>
    <w:uiPriority w:val="99"/>
    <w:unhideWhenUsed/>
    <w:rsid w:val="00AA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3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Adrián Kocsis</cp:lastModifiedBy>
  <cp:revision>3</cp:revision>
  <dcterms:created xsi:type="dcterms:W3CDTF">2026-06-22T18:44:00Z</dcterms:created>
  <dcterms:modified xsi:type="dcterms:W3CDTF">2026-06-22T18:45:00Z</dcterms:modified>
  <cp:category/>
</cp:coreProperties>
</file>